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55E0C" w14:textId="77777777" w:rsidR="00E9576D" w:rsidRDefault="00E9576D" w:rsidP="00E9576D">
      <w:pPr>
        <w:jc w:val="center"/>
        <w:rPr>
          <w:b/>
          <w:sz w:val="30"/>
        </w:rPr>
      </w:pPr>
      <w:r w:rsidRPr="007B4565">
        <w:rPr>
          <w:b/>
          <w:noProof/>
          <w:spacing w:val="20"/>
        </w:rPr>
        <w:drawing>
          <wp:inline distT="0" distB="0" distL="0" distR="0" wp14:anchorId="20717C44" wp14:editId="3CB8FECA">
            <wp:extent cx="888365" cy="1095375"/>
            <wp:effectExtent l="0" t="0" r="6985" b="9525"/>
            <wp:docPr id="120690834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05D172" w14:textId="77777777" w:rsidR="00E9576D" w:rsidRPr="00A30F72" w:rsidRDefault="00E9576D" w:rsidP="00E9576D">
      <w:pPr>
        <w:jc w:val="center"/>
        <w:rPr>
          <w:b/>
          <w:sz w:val="40"/>
          <w:szCs w:val="40"/>
        </w:rPr>
      </w:pPr>
      <w:r w:rsidRPr="00A30F72">
        <w:rPr>
          <w:b/>
          <w:sz w:val="40"/>
          <w:szCs w:val="40"/>
        </w:rPr>
        <w:t>COMUNE DI CROSIA</w:t>
      </w:r>
    </w:p>
    <w:p w14:paraId="1040C926" w14:textId="77777777" w:rsidR="00E9576D" w:rsidRDefault="00E9576D" w:rsidP="00E9576D">
      <w:pPr>
        <w:jc w:val="center"/>
      </w:pPr>
      <w:r>
        <w:rPr>
          <w:sz w:val="20"/>
        </w:rPr>
        <w:t>Provincia di Cosenza</w:t>
      </w:r>
    </w:p>
    <w:p w14:paraId="4FE50A6E" w14:textId="77777777" w:rsidR="00E9576D" w:rsidRDefault="00E9576D" w:rsidP="00C941B0">
      <w:pPr>
        <w:spacing w:after="0"/>
        <w:jc w:val="center"/>
        <w:rPr>
          <w:rFonts w:cs="Arial"/>
          <w:b/>
          <w:sz w:val="20"/>
          <w:szCs w:val="20"/>
          <w:lang w:val="it-IT"/>
        </w:rPr>
      </w:pPr>
    </w:p>
    <w:p w14:paraId="48E75D81" w14:textId="55F9169B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ALLEGATO A</w:t>
      </w:r>
    </w:p>
    <w:p w14:paraId="6EFB0317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MANIFESTAZIONE DI INTERESSE PER IL RICONOSCIMENTO DI UN INDENNIZZO “UNA TANTUM”</w:t>
      </w:r>
    </w:p>
    <w:p w14:paraId="2EB27268" w14:textId="77777777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FAVORE DEI PROPRIETARI O DETENTORI DI IMMOBILI AD USO PRIVATO DANNEGGIATI DAGLI EVENTI ALLUVIONALI VERIFICATISI TRA L’11 E IL 20 FEBBRAIO 2026</w:t>
      </w:r>
    </w:p>
    <w:p w14:paraId="0EDBCCBC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14A10AE" w14:textId="5B67AC91" w:rsidR="00E72F74" w:rsidRPr="00C941B0" w:rsidRDefault="009006E1" w:rsidP="00C941B0">
      <w:pPr>
        <w:spacing w:after="0"/>
        <w:jc w:val="center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Riferimento normativo: Legge regionale 7 ottobre 2026, n. 32</w:t>
      </w:r>
      <w:r w:rsidR="00757581">
        <w:rPr>
          <w:lang w:val="it-IT"/>
        </w:rPr>
        <w:t xml:space="preserve"> art. 3 comma 8, </w:t>
      </w:r>
      <w:r w:rsidRPr="00757581">
        <w:rPr>
          <w:lang w:val="it-IT"/>
        </w:rPr>
        <w:t>pubblicata sul BURC in data 7 ottobre 2026.</w:t>
      </w:r>
      <w:r w:rsidRPr="00757581">
        <w:rPr>
          <w:lang w:val="it-IT"/>
        </w:rPr>
        <w:br/>
      </w:r>
    </w:p>
    <w:p w14:paraId="7D43D0D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DAF3F0A" w14:textId="77777777" w:rsidR="00A1011C" w:rsidRPr="00C941B0" w:rsidRDefault="009006E1" w:rsidP="00A1011C">
      <w:pPr>
        <w:ind w:left="4320" w:firstLine="720"/>
        <w:rPr>
          <w:rFonts w:cs="Arial"/>
          <w:b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AL COMUNE DI </w:t>
      </w:r>
    </w:p>
    <w:p w14:paraId="37123D5F" w14:textId="77777777" w:rsidR="00E72F74" w:rsidRPr="00C941B0" w:rsidRDefault="009006E1" w:rsidP="00A1011C">
      <w:pPr>
        <w:ind w:left="4320" w:firstLine="720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</w:p>
    <w:p w14:paraId="51C93E14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305F539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Il/La sottoscritto/a </w:t>
      </w: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</w:t>
      </w:r>
      <w:r w:rsidRPr="00C941B0">
        <w:rPr>
          <w:rFonts w:cs="Arial"/>
          <w:sz w:val="20"/>
          <w:szCs w:val="20"/>
          <w:lang w:val="it-IT"/>
        </w:rPr>
        <w:t>_________</w:t>
      </w:r>
    </w:p>
    <w:p w14:paraId="5415B46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nato/a </w:t>
      </w:r>
      <w:proofErr w:type="spellStart"/>
      <w:r w:rsidRPr="00C941B0">
        <w:rPr>
          <w:rFonts w:cs="Arial"/>
          <w:b/>
          <w:sz w:val="20"/>
          <w:szCs w:val="20"/>
          <w:lang w:val="it-IT"/>
        </w:rPr>
        <w:t>a</w:t>
      </w:r>
      <w:proofErr w:type="spellEnd"/>
      <w:r w:rsidRPr="00C941B0">
        <w:rPr>
          <w:rFonts w:cs="Arial"/>
          <w:b/>
          <w:sz w:val="20"/>
          <w:szCs w:val="20"/>
          <w:lang w:val="it-IT"/>
        </w:rPr>
        <w:t xml:space="preserve"> </w:t>
      </w:r>
      <w:r w:rsidRPr="00C941B0">
        <w:rPr>
          <w:rFonts w:cs="Arial"/>
          <w:sz w:val="20"/>
          <w:szCs w:val="20"/>
          <w:lang w:val="it-IT"/>
        </w:rPr>
        <w:t>__________________________________ il __________________</w:t>
      </w:r>
    </w:p>
    <w:p w14:paraId="5FB674E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C.F.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</w:t>
      </w:r>
    </w:p>
    <w:p w14:paraId="75AFEFE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residente a </w:t>
      </w:r>
      <w:r w:rsidRPr="00C941B0">
        <w:rPr>
          <w:rFonts w:cs="Arial"/>
          <w:sz w:val="20"/>
          <w:szCs w:val="20"/>
          <w:lang w:val="it-IT"/>
        </w:rPr>
        <w:t>__________________________________ CAP ______________</w:t>
      </w:r>
    </w:p>
    <w:p w14:paraId="799341EA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________________________________________ n. __________</w:t>
      </w:r>
    </w:p>
    <w:p w14:paraId="2154957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telefono </w:t>
      </w:r>
      <w:r w:rsidRPr="00C941B0">
        <w:rPr>
          <w:rFonts w:cs="Arial"/>
          <w:sz w:val="20"/>
          <w:szCs w:val="20"/>
          <w:lang w:val="it-IT"/>
        </w:rPr>
        <w:t>________________________</w:t>
      </w:r>
    </w:p>
    <w:p w14:paraId="44F78A0B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e-mail/PEC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</w:t>
      </w:r>
    </w:p>
    <w:p w14:paraId="67779339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 qualità di:</w:t>
      </w:r>
    </w:p>
    <w:p w14:paraId="7157D9A1" w14:textId="77777777" w:rsidR="00E72F74" w:rsidRPr="00C941B0" w:rsidRDefault="009006E1" w:rsidP="00A1011C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5244F338" w14:textId="77777777" w:rsidR="00C941B0" w:rsidRPr="00C941B0" w:rsidRDefault="009006E1" w:rsidP="00C941B0">
      <w:pPr>
        <w:ind w:left="283"/>
        <w:jc w:val="both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a titolo di ______________________________.</w:t>
      </w:r>
    </w:p>
    <w:p w14:paraId="3A337D64" w14:textId="77777777" w:rsidR="00E72F74" w:rsidRPr="00C941B0" w:rsidRDefault="009006E1" w:rsidP="00C941B0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DATI DELL’IMMOBILE</w:t>
      </w:r>
    </w:p>
    <w:p w14:paraId="645E3B32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Comune </w:t>
      </w:r>
      <w:r w:rsidRPr="00C941B0">
        <w:rPr>
          <w:rFonts w:cs="Arial"/>
          <w:sz w:val="20"/>
          <w:szCs w:val="20"/>
          <w:lang w:val="it-IT"/>
        </w:rPr>
        <w:t>_______________________________________________</w:t>
      </w:r>
    </w:p>
    <w:p w14:paraId="0E11CD27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Via/Piazza </w:t>
      </w:r>
      <w:r w:rsidRPr="00C941B0">
        <w:rPr>
          <w:rFonts w:cs="Arial"/>
          <w:sz w:val="20"/>
          <w:szCs w:val="20"/>
          <w:lang w:val="it-IT"/>
        </w:rPr>
        <w:t>________________________________ n. __________</w:t>
      </w:r>
    </w:p>
    <w:p w14:paraId="5BF7F86E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Foglio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Particella </w:t>
      </w:r>
      <w:r w:rsidRPr="00C941B0">
        <w:rPr>
          <w:rFonts w:cs="Arial"/>
          <w:sz w:val="20"/>
          <w:szCs w:val="20"/>
          <w:lang w:val="it-IT"/>
        </w:rPr>
        <w:t>____________</w:t>
      </w:r>
      <w:r w:rsidR="00C941B0">
        <w:rPr>
          <w:rFonts w:cs="Arial"/>
          <w:sz w:val="20"/>
          <w:szCs w:val="20"/>
          <w:lang w:val="it-IT"/>
        </w:rPr>
        <w:t xml:space="preserve"> </w:t>
      </w:r>
      <w:r w:rsidRPr="00C941B0">
        <w:rPr>
          <w:rFonts w:cs="Arial"/>
          <w:b/>
          <w:sz w:val="20"/>
          <w:szCs w:val="20"/>
          <w:lang w:val="it-IT"/>
        </w:rPr>
        <w:t xml:space="preserve">Subalterno </w:t>
      </w:r>
      <w:r w:rsidRPr="00C941B0">
        <w:rPr>
          <w:rFonts w:cs="Arial"/>
          <w:sz w:val="20"/>
          <w:szCs w:val="20"/>
          <w:lang w:val="it-IT"/>
        </w:rPr>
        <w:t>____________</w:t>
      </w:r>
    </w:p>
    <w:p w14:paraId="530274B1" w14:textId="77777777" w:rsidR="00E72F74" w:rsidRPr="00C941B0" w:rsidRDefault="009006E1" w:rsidP="00A1011C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CHIEDE</w:t>
      </w:r>
    </w:p>
    <w:p w14:paraId="20439740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ammesso/a alla manifestazione di interesse finalizzata al riconoscimento di un indennizzo “una tantum” in favore dei proprietari o detentori di immobili ad uso privato che abbiano subito danni in conseguenza degli eventi alluvionali verificatisi tra l’11 e il 20 febbraio 2026.</w:t>
      </w:r>
    </w:p>
    <w:p w14:paraId="5C0E29C5" w14:textId="77777777" w:rsidR="00C941B0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A tal fine, consapevole delle responsabilità penali previste dall’art. 76 del D.P.R. 28 dicembre 2000, n. 445 in caso di dichiarazioni mendaci e delle conseguenze previste dall’art. 75 del medesimo D.P.R.,</w:t>
      </w:r>
    </w:p>
    <w:p w14:paraId="26655B43" w14:textId="77777777" w:rsidR="00E72F74" w:rsidRPr="00E9576D" w:rsidRDefault="009006E1" w:rsidP="00A1011C">
      <w:pPr>
        <w:jc w:val="center"/>
        <w:rPr>
          <w:rFonts w:cs="Arial"/>
          <w:sz w:val="28"/>
          <w:szCs w:val="28"/>
          <w:lang w:val="it-IT"/>
        </w:rPr>
      </w:pPr>
      <w:r w:rsidRPr="00E9576D">
        <w:rPr>
          <w:rFonts w:cs="Arial"/>
          <w:b/>
          <w:sz w:val="28"/>
          <w:szCs w:val="28"/>
          <w:lang w:val="it-IT"/>
        </w:rPr>
        <w:t>DICHIARA</w:t>
      </w:r>
    </w:p>
    <w:p w14:paraId="196AD40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1. Titolo sull’immobile</w:t>
      </w:r>
    </w:p>
    <w:p w14:paraId="3254332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proprietario/a dell’immobile;</w:t>
      </w:r>
    </w:p>
    <w:p w14:paraId="633C5F79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detentore/</w:t>
      </w:r>
      <w:proofErr w:type="spellStart"/>
      <w:r w:rsidRPr="00C941B0">
        <w:rPr>
          <w:rFonts w:cs="Arial"/>
          <w:sz w:val="20"/>
          <w:szCs w:val="20"/>
          <w:lang w:val="it-IT"/>
        </w:rPr>
        <w:t>trice</w:t>
      </w:r>
      <w:proofErr w:type="spellEnd"/>
      <w:r w:rsidRPr="00C941B0">
        <w:rPr>
          <w:rFonts w:cs="Arial"/>
          <w:sz w:val="20"/>
          <w:szCs w:val="20"/>
          <w:lang w:val="it-IT"/>
        </w:rPr>
        <w:t xml:space="preserve"> dell’immobile in forza del seguente titolo:</w:t>
      </w:r>
    </w:p>
    <w:p w14:paraId="1E279726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6FDE5FB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</w:p>
    <w:p w14:paraId="410C258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2. Destinazione dell’immobile</w:t>
      </w:r>
    </w:p>
    <w:p w14:paraId="0A07E7A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l’immobile oggetto della presente istanza è destinato ad uso privato e:</w:t>
      </w:r>
    </w:p>
    <w:p w14:paraId="6C4E11E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costituisce la residenza principale del/la sottoscritto/a;</w:t>
      </w:r>
    </w:p>
    <w:p w14:paraId="0A11EC3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non costituisce la residenza principale del/la sottoscritto/a.</w:t>
      </w:r>
    </w:p>
    <w:p w14:paraId="6CA0BCD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3. Danni subiti</w:t>
      </w:r>
    </w:p>
    <w:p w14:paraId="6D799EC1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aver subito danni all’immobile sopra indicato in conseguenza degli eventi alluvionali verificatisi tra l’11 e il 20 febbraio 2026.</w:t>
      </w:r>
    </w:p>
    <w:p w14:paraId="6DCC4EB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 danni hanno interessato, in particolare:</w:t>
      </w:r>
    </w:p>
    <w:p w14:paraId="51F4C561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strutture murarie;</w:t>
      </w:r>
    </w:p>
    <w:p w14:paraId="364500AB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impianti;</w:t>
      </w:r>
    </w:p>
    <w:p w14:paraId="10375F37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infissi;</w:t>
      </w:r>
    </w:p>
    <w:p w14:paraId="374C7236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pavimentazioni e rivestimenti;</w:t>
      </w:r>
    </w:p>
    <w:p w14:paraId="0AC6420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pertinenze;</w:t>
      </w:r>
    </w:p>
    <w:p w14:paraId="72E0F50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beni mobili presenti nell’immobile;</w:t>
      </w:r>
    </w:p>
    <w:p w14:paraId="3B2483CE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altro _________________________________.</w:t>
      </w:r>
    </w:p>
    <w:p w14:paraId="02E1384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Descrizione dei danni subiti:</w:t>
      </w:r>
    </w:p>
    <w:p w14:paraId="153999DF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DD0C6D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________________</w:t>
      </w:r>
    </w:p>
    <w:p w14:paraId="2D6849B8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  <w:r w:rsidRPr="00C941B0">
        <w:rPr>
          <w:rFonts w:cs="Arial"/>
          <w:sz w:val="20"/>
          <w:szCs w:val="20"/>
          <w:lang w:val="it-IT"/>
        </w:rPr>
        <w:t>___</w:t>
      </w:r>
    </w:p>
    <w:p w14:paraId="14E0F31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__________________________________________________________________</w:t>
      </w:r>
      <w:r w:rsidR="00A1011C" w:rsidRPr="00C941B0">
        <w:rPr>
          <w:rFonts w:cs="Arial"/>
          <w:sz w:val="20"/>
          <w:szCs w:val="20"/>
          <w:lang w:val="it-IT"/>
        </w:rPr>
        <w:t>_____________</w:t>
      </w:r>
    </w:p>
    <w:p w14:paraId="14DB35CB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4. Importo richiesto</w:t>
      </w:r>
    </w:p>
    <w:p w14:paraId="38AB5E33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relazione ai danni sopra descritti, il/la sottoscritto/a richiede il riconoscimento del seguente indennizzo:</w:t>
      </w:r>
    </w:p>
    <w:p w14:paraId="21499FDF" w14:textId="77777777" w:rsidR="00E72F74" w:rsidRPr="00C941B0" w:rsidRDefault="009006E1">
      <w:pPr>
        <w:jc w:val="center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€ __________________________</w:t>
      </w:r>
    </w:p>
    <w:p w14:paraId="20870395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consapevole che l’importo richiesto non potrà comunque essere superiore a € 5.000,00 qualora l’immobile costituisca la residenza principale del beneficiario e a € 2.000,00 negli altri casi.</w:t>
      </w:r>
    </w:p>
    <w:p w14:paraId="76A12F3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essere consapevole che l’importo indicato costituisce l’importo richiesto ai fini della ricognizione del fabbisogno finanziario e non determina automaticamente il riconoscimento dell’indennizzo nella misura richiesta.</w:t>
      </w:r>
    </w:p>
    <w:p w14:paraId="209E1546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lastRenderedPageBreak/>
        <w:t>L’importo effettivamente riconoscibile sarà determinato nel rispetto dei massimali previsti dalla disposizione regionale e delle risorse finanziarie disponibili, anche in relazione al successivo riparto proporzionale delle risorse tra i Comuni interessati.</w:t>
      </w:r>
    </w:p>
    <w:p w14:paraId="6BA2D74C" w14:textId="77777777" w:rsidR="00E72F74" w:rsidRPr="00C941B0" w:rsidRDefault="009006E1" w:rsidP="00A1011C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Pertanto, la presentazione della presente istanza e l’indicazione dell’importo richiesto non comportano alcun diritto all’erogazione dell’intero importo indicato.</w:t>
      </w:r>
    </w:p>
    <w:p w14:paraId="612A79A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5. Altre forme di sostegno</w:t>
      </w:r>
    </w:p>
    <w:p w14:paraId="35896C4F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non aver ricevuto né richiesto altri indennizzi, contributi o sostegni finanziari per i medesimi danni, compresi eventuali indennizzi derivanti da polizze assicurative;</w:t>
      </w:r>
    </w:p>
    <w:p w14:paraId="740CE3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757581">
        <w:rPr>
          <w:lang w:val="it-IT"/>
        </w:rPr>
        <w:t>☐ di aver ricevuto o richiesto altri indennizzi, contributi o sostegni finanziari per i medesimi danni, compresi eventuali indennizzi derivanti da polizze assicurative, come di seguito specificato:</w:t>
      </w:r>
    </w:p>
    <w:p w14:paraId="2D7F6B74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Ente erogatore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0C4A1A8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Importo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11E8A1A2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Misura/contributo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248D8F9B" w14:textId="77777777" w:rsidR="000B13B8" w:rsidRPr="00757581" w:rsidRDefault="00757581">
      <w:pPr>
        <w:rPr>
          <w:lang w:val="it-IT"/>
        </w:rPr>
      </w:pPr>
      <w:r w:rsidRPr="00757581">
        <w:rPr>
          <w:lang w:val="it-IT"/>
        </w:rPr>
        <w:t>Polizza assicurativa (compagnia e n. polizza, se pertinente) ______________________________</w:t>
      </w:r>
      <w:r w:rsidRPr="00757581">
        <w:rPr>
          <w:lang w:val="it-IT"/>
        </w:rPr>
        <w:br/>
        <w:t>Indennizzo assicurativo richiesto/riconosciuto/liquidato € ______________________________</w:t>
      </w:r>
      <w:r w:rsidRPr="00757581">
        <w:rPr>
          <w:lang w:val="it-IT"/>
        </w:rPr>
        <w:br/>
        <w:t>Stato della richiesta assicurativa / data di liquidazione ______________________________</w:t>
      </w:r>
    </w:p>
    <w:p w14:paraId="65CAF94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Data di erogazione </w:t>
      </w:r>
      <w:r w:rsidRPr="00C941B0">
        <w:rPr>
          <w:rFonts w:cs="Arial"/>
          <w:sz w:val="20"/>
          <w:szCs w:val="20"/>
          <w:lang w:val="it-IT"/>
        </w:rPr>
        <w:t>____________________________________________</w:t>
      </w:r>
    </w:p>
    <w:p w14:paraId="36CA4667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6. Dichiarazioni e impegni</w:t>
      </w:r>
    </w:p>
    <w:p w14:paraId="08FBB1F1" w14:textId="77777777" w:rsidR="00A1011C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che le informazioni riportate nella presente istanza sono veritiere;</w:t>
      </w:r>
    </w:p>
    <w:p w14:paraId="3AE619D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delle responsabilità previste dalla normativa vigente in caso di dichiarazioni mendaci;</w:t>
      </w:r>
    </w:p>
    <w:p w14:paraId="2879CB75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impegnarsi a comunicare tempestivamente eventuali variazioni relative alle informazioni contenute nella presente istanza;</w:t>
      </w:r>
    </w:p>
    <w:p w14:paraId="637F217E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essere consapevole che il riconoscimento dell’indennizzo è subordinato alla verifica dei requisiti previsti dalla disposizione regionale;</w:t>
      </w:r>
    </w:p>
    <w:p w14:paraId="1F34BE62" w14:textId="77777777" w:rsidR="00E72F74" w:rsidRPr="00C941B0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>
        <w:t></w:t>
      </w:r>
      <w:r w:rsidRPr="00757581">
        <w:rPr>
          <w:lang w:val="it-IT"/>
        </w:rPr>
        <w:t xml:space="preserve">   di essere consapevole che l’indennizzo non è cumulabile con altre forme di sostegno finanziario per i medesimi eventi e danni e che, ai fini della presente dichiarazione, devono essere considerate anche le eventuali somme riconosciute, liquidate o liquidabili in forza di polizze assicurative riferite ai medesimi danni;</w:t>
      </w:r>
    </w:p>
    <w:p w14:paraId="457886C0" w14:textId="77777777" w:rsidR="00E72F74" w:rsidRDefault="009006E1" w:rsidP="009006E1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di autorizzare il Comune e il Dipartimento regionale competente in materia di protezione civile all’effettuazione delle verifiche previste dalla normativa</w:t>
      </w:r>
      <w:r w:rsidR="001D6E07">
        <w:rPr>
          <w:rFonts w:cs="Arial"/>
          <w:sz w:val="20"/>
          <w:szCs w:val="20"/>
          <w:lang w:val="it-IT"/>
        </w:rPr>
        <w:t>;</w:t>
      </w:r>
    </w:p>
    <w:p w14:paraId="3BD642BA" w14:textId="2F1F1E09" w:rsidR="001D6E07" w:rsidRPr="001D6E07" w:rsidRDefault="001D6E07" w:rsidP="001D6E07">
      <w:pPr>
        <w:pStyle w:val="Paragrafoelenco"/>
        <w:numPr>
          <w:ilvl w:val="0"/>
          <w:numId w:val="10"/>
        </w:numPr>
        <w:jc w:val="both"/>
        <w:rPr>
          <w:rFonts w:cs="Arial"/>
          <w:sz w:val="20"/>
          <w:szCs w:val="20"/>
          <w:lang w:val="it-IT"/>
        </w:rPr>
      </w:pPr>
      <w:r w:rsidRPr="001D6E07">
        <w:rPr>
          <w:rFonts w:cs="Arial"/>
          <w:sz w:val="20"/>
          <w:szCs w:val="20"/>
          <w:lang w:val="it-IT"/>
        </w:rPr>
        <w:t>di essere consapevole che l’amministrazione comunale effettuerà controlli sulla veridicità delle autocertificazioni e delle dichiarazioni sostitutive procedendo anche a campione o in tutti i casi in cui sorg</w:t>
      </w:r>
      <w:r>
        <w:rPr>
          <w:rFonts w:cs="Arial"/>
          <w:sz w:val="20"/>
          <w:szCs w:val="20"/>
          <w:lang w:val="it-IT"/>
        </w:rPr>
        <w:t>a</w:t>
      </w:r>
      <w:r w:rsidRPr="001D6E07">
        <w:rPr>
          <w:rFonts w:cs="Arial"/>
          <w:sz w:val="20"/>
          <w:szCs w:val="20"/>
          <w:lang w:val="it-IT"/>
        </w:rPr>
        <w:t xml:space="preserve"> </w:t>
      </w:r>
      <w:r>
        <w:rPr>
          <w:rFonts w:cs="Arial"/>
          <w:sz w:val="20"/>
          <w:szCs w:val="20"/>
          <w:lang w:val="it-IT"/>
        </w:rPr>
        <w:t>u</w:t>
      </w:r>
      <w:r w:rsidRPr="001D6E07">
        <w:rPr>
          <w:rFonts w:cs="Arial"/>
          <w:sz w:val="20"/>
          <w:szCs w:val="20"/>
          <w:lang w:val="it-IT"/>
        </w:rPr>
        <w:t>n "ragionevole o fondato dubbio" sulla veridicità di quanto dichiarato</w:t>
      </w:r>
      <w:r>
        <w:rPr>
          <w:rFonts w:cs="Arial"/>
          <w:sz w:val="20"/>
          <w:szCs w:val="20"/>
          <w:lang w:val="it-IT"/>
        </w:rPr>
        <w:t>.</w:t>
      </w:r>
    </w:p>
    <w:p w14:paraId="25CA9E48" w14:textId="77777777" w:rsidR="001D6E07" w:rsidRPr="00757581" w:rsidRDefault="001D6E07" w:rsidP="001D6E07">
      <w:pPr>
        <w:pStyle w:val="Paragrafoelenco"/>
        <w:ind w:left="1003"/>
        <w:rPr>
          <w:lang w:val="it-IT"/>
        </w:rPr>
      </w:pPr>
    </w:p>
    <w:p w14:paraId="6926F949" w14:textId="77777777" w:rsidR="00E72F74" w:rsidRPr="001D6E07" w:rsidRDefault="009006E1" w:rsidP="001D6E07">
      <w:pPr>
        <w:pStyle w:val="Paragrafoelenco"/>
        <w:ind w:left="1003"/>
        <w:jc w:val="center"/>
        <w:rPr>
          <w:rFonts w:cs="Arial"/>
          <w:sz w:val="20"/>
          <w:szCs w:val="20"/>
          <w:lang w:val="it-IT"/>
        </w:rPr>
      </w:pPr>
      <w:r w:rsidRPr="001D6E07">
        <w:rPr>
          <w:rFonts w:cs="Arial"/>
          <w:b/>
          <w:sz w:val="20"/>
          <w:szCs w:val="20"/>
          <w:lang w:val="it-IT"/>
        </w:rPr>
        <w:t>MODALITÀ DI PAGAMENTO</w:t>
      </w:r>
    </w:p>
    <w:p w14:paraId="17364A27" w14:textId="77777777" w:rsidR="00E72F74" w:rsidRPr="00C941B0" w:rsidRDefault="009006E1" w:rsidP="009006E1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In caso di riconoscimento dell’indennizzo, il/la sottoscritto/a chiede che lo stesso venga accreditato sul seguente conto corrente:</w:t>
      </w:r>
    </w:p>
    <w:p w14:paraId="18C76B7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IBAN </w:t>
      </w:r>
      <w:r w:rsidRPr="00C941B0">
        <w:rPr>
          <w:rFonts w:cs="Arial"/>
          <w:sz w:val="20"/>
          <w:szCs w:val="20"/>
          <w:lang w:val="it-IT"/>
        </w:rPr>
        <w:t>_______________________________________________________________</w:t>
      </w:r>
    </w:p>
    <w:p w14:paraId="3572C85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Intestato/cointestato a </w:t>
      </w:r>
      <w:r w:rsidRPr="00C941B0">
        <w:rPr>
          <w:rFonts w:cs="Arial"/>
          <w:sz w:val="20"/>
          <w:szCs w:val="20"/>
          <w:lang w:val="it-IT"/>
        </w:rPr>
        <w:t>___________________________________________</w:t>
      </w:r>
    </w:p>
    <w:p w14:paraId="0F7D7599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Codice fiscale del titolare del conto </w:t>
      </w:r>
      <w:r w:rsidRPr="00C941B0">
        <w:rPr>
          <w:rFonts w:cs="Arial"/>
          <w:sz w:val="20"/>
          <w:szCs w:val="20"/>
          <w:lang w:val="it-IT"/>
        </w:rPr>
        <w:t>_____________________________</w:t>
      </w:r>
    </w:p>
    <w:p w14:paraId="5B1531F1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ALLEGATI OBBLIGATORI</w:t>
      </w:r>
    </w:p>
    <w:p w14:paraId="5729CFB4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t>☐</w:t>
      </w:r>
      <w:r w:rsidRPr="00C941B0">
        <w:rPr>
          <w:rFonts w:cs="Arial"/>
          <w:sz w:val="20"/>
          <w:szCs w:val="20"/>
          <w:lang w:val="it-IT"/>
        </w:rPr>
        <w:t xml:space="preserve"> copia di un documento di riconoscimento in corso di validità;</w:t>
      </w:r>
    </w:p>
    <w:p w14:paraId="7A120E78" w14:textId="77777777" w:rsidR="00E72F74" w:rsidRPr="00C941B0" w:rsidRDefault="009006E1">
      <w:pPr>
        <w:ind w:left="283"/>
        <w:rPr>
          <w:rFonts w:cs="Arial"/>
          <w:sz w:val="20"/>
          <w:szCs w:val="20"/>
          <w:lang w:val="it-IT"/>
        </w:rPr>
      </w:pPr>
      <w:r w:rsidRPr="00C941B0">
        <w:rPr>
          <w:rFonts w:ascii="Segoe UI Symbol" w:hAnsi="Segoe UI Symbol" w:cs="Segoe UI Symbol"/>
          <w:sz w:val="20"/>
          <w:szCs w:val="20"/>
          <w:lang w:val="it-IT"/>
        </w:rPr>
        <w:lastRenderedPageBreak/>
        <w:t>☐</w:t>
      </w:r>
      <w:r w:rsidRPr="00C941B0">
        <w:rPr>
          <w:rFonts w:cs="Arial"/>
          <w:sz w:val="20"/>
          <w:szCs w:val="20"/>
          <w:lang w:val="it-IT"/>
        </w:rPr>
        <w:t xml:space="preserve"> documentazione fotografica comprovante i danni subiti;</w:t>
      </w:r>
    </w:p>
    <w:p w14:paraId="21C208E2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2BDB802C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1ED0E90F" w14:textId="77777777" w:rsidR="00E72F74" w:rsidRPr="00C941B0" w:rsidRDefault="00E72F74">
      <w:pPr>
        <w:rPr>
          <w:rFonts w:cs="Arial"/>
          <w:sz w:val="20"/>
          <w:szCs w:val="20"/>
          <w:lang w:val="it-IT"/>
        </w:rPr>
      </w:pPr>
    </w:p>
    <w:p w14:paraId="4F89AC74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p w14:paraId="6FA9CD55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INFORMATIVA SUL TRATTAMENTO DEI DATI PERSONALI</w:t>
      </w:r>
    </w:p>
    <w:p w14:paraId="603724FF" w14:textId="77777777" w:rsidR="00E72F74" w:rsidRPr="00C941B0" w:rsidRDefault="009006E1" w:rsidP="00C941B0">
      <w:pPr>
        <w:jc w:val="both"/>
        <w:rPr>
          <w:rFonts w:cs="Arial"/>
          <w:sz w:val="20"/>
          <w:szCs w:val="20"/>
          <w:lang w:val="it-IT"/>
        </w:rPr>
      </w:pPr>
      <w:r w:rsidRPr="00C941B0">
        <w:rPr>
          <w:rFonts w:cs="Arial"/>
          <w:sz w:val="20"/>
          <w:szCs w:val="20"/>
          <w:lang w:val="it-IT"/>
        </w:rPr>
        <w:t>Il/La sottoscritto/a dichiara di aver preso visione dell’informativa sul trattamento dei dati personali predisposta dal Comune ai sensi del Regolamento (UE) 2016/679 e della normativa nazionale vigente in materia di protezione dei dati personali.</w:t>
      </w:r>
    </w:p>
    <w:p w14:paraId="3E9332DD" w14:textId="77777777" w:rsidR="00E72F74" w:rsidRPr="00C941B0" w:rsidRDefault="009006E1">
      <w:pPr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 xml:space="preserve">Luogo e data </w:t>
      </w:r>
      <w:r w:rsidRPr="00C941B0">
        <w:rPr>
          <w:rFonts w:cs="Arial"/>
          <w:sz w:val="20"/>
          <w:szCs w:val="20"/>
          <w:lang w:val="it-IT"/>
        </w:rPr>
        <w:t>______________________________</w:t>
      </w:r>
    </w:p>
    <w:p w14:paraId="3013152A" w14:textId="77777777" w:rsidR="00E72F74" w:rsidRPr="00C941B0" w:rsidRDefault="009006E1">
      <w:pPr>
        <w:jc w:val="right"/>
        <w:rPr>
          <w:rFonts w:cs="Arial"/>
          <w:sz w:val="20"/>
          <w:szCs w:val="20"/>
          <w:lang w:val="it-IT"/>
        </w:rPr>
      </w:pPr>
      <w:r w:rsidRPr="00C941B0">
        <w:rPr>
          <w:rFonts w:cs="Arial"/>
          <w:b/>
          <w:sz w:val="20"/>
          <w:szCs w:val="20"/>
          <w:lang w:val="it-IT"/>
        </w:rPr>
        <w:t>Il/La dichiarante</w:t>
      </w:r>
      <w:r w:rsidRPr="00C941B0">
        <w:rPr>
          <w:rFonts w:cs="Arial"/>
          <w:b/>
          <w:sz w:val="20"/>
          <w:szCs w:val="20"/>
          <w:lang w:val="it-IT"/>
        </w:rPr>
        <w:br/>
      </w:r>
      <w:r w:rsidRPr="00C941B0">
        <w:rPr>
          <w:rFonts w:cs="Arial"/>
          <w:b/>
          <w:sz w:val="20"/>
          <w:szCs w:val="20"/>
          <w:lang w:val="it-IT"/>
        </w:rPr>
        <w:br/>
        <w:t>_________________________________________</w:t>
      </w:r>
      <w:r w:rsidRPr="00C941B0">
        <w:rPr>
          <w:rFonts w:cs="Arial"/>
          <w:b/>
          <w:sz w:val="20"/>
          <w:szCs w:val="20"/>
          <w:lang w:val="it-IT"/>
        </w:rPr>
        <w:br/>
        <w:t>(firma)</w:t>
      </w:r>
    </w:p>
    <w:sectPr w:rsidR="00E72F74" w:rsidRPr="00C941B0" w:rsidSect="00E9576D">
      <w:pgSz w:w="12240" w:h="15840"/>
      <w:pgMar w:top="568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C13242"/>
    <w:multiLevelType w:val="hybridMultilevel"/>
    <w:tmpl w:val="866686F0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455560909">
    <w:abstractNumId w:val="8"/>
  </w:num>
  <w:num w:numId="2" w16cid:durableId="887686760">
    <w:abstractNumId w:val="6"/>
  </w:num>
  <w:num w:numId="3" w16cid:durableId="703091823">
    <w:abstractNumId w:val="5"/>
  </w:num>
  <w:num w:numId="4" w16cid:durableId="18314691">
    <w:abstractNumId w:val="4"/>
  </w:num>
  <w:num w:numId="5" w16cid:durableId="1503546376">
    <w:abstractNumId w:val="7"/>
  </w:num>
  <w:num w:numId="6" w16cid:durableId="807208979">
    <w:abstractNumId w:val="3"/>
  </w:num>
  <w:num w:numId="7" w16cid:durableId="409541773">
    <w:abstractNumId w:val="2"/>
  </w:num>
  <w:num w:numId="8" w16cid:durableId="1255165055">
    <w:abstractNumId w:val="1"/>
  </w:num>
  <w:num w:numId="9" w16cid:durableId="785730838">
    <w:abstractNumId w:val="0"/>
  </w:num>
  <w:num w:numId="10" w16cid:durableId="3458624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13B8"/>
    <w:rsid w:val="0015074B"/>
    <w:rsid w:val="001D6E07"/>
    <w:rsid w:val="0029639D"/>
    <w:rsid w:val="00326F90"/>
    <w:rsid w:val="003D6104"/>
    <w:rsid w:val="006D0E11"/>
    <w:rsid w:val="00757581"/>
    <w:rsid w:val="009006E1"/>
    <w:rsid w:val="00A1011C"/>
    <w:rsid w:val="00AA1D8D"/>
    <w:rsid w:val="00B47730"/>
    <w:rsid w:val="00C941B0"/>
    <w:rsid w:val="00CB0664"/>
    <w:rsid w:val="00D323C0"/>
    <w:rsid w:val="00E06966"/>
    <w:rsid w:val="00E72F74"/>
    <w:rsid w:val="00E9576D"/>
    <w:rsid w:val="00FC2E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5668EA"/>
  <w14:defaultImageDpi w14:val="300"/>
  <w15:docId w15:val="{BAD2C5CA-B77A-4DE4-96BB-1D70B6EEE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Arial" w:eastAsia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llegamentoipertestuale">
    <w:name w:val="Hyperlink"/>
    <w:basedOn w:val="Carpredefinitoparagrafo"/>
    <w:uiPriority w:val="99"/>
    <w:semiHidden/>
    <w:unhideWhenUsed/>
    <w:rsid w:val="001D6E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1062</Words>
  <Characters>6054</Characters>
  <Application>Microsoft Office Word</Application>
  <DocSecurity>0</DocSecurity>
  <Lines>50</Lines>
  <Paragraphs>14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2</cp:revision>
  <cp:lastPrinted>2026-10-14T07:52:00Z</cp:lastPrinted>
  <dcterms:created xsi:type="dcterms:W3CDTF">2026-10-16T09:48:00Z</dcterms:created>
  <dcterms:modified xsi:type="dcterms:W3CDTF">2026-10-16T09:48:00Z</dcterms:modified>
  <cp:category/>
</cp:coreProperties>
</file>